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Arial" w:hAnsi="Arial"/>
          <w:b/>
          <w:i w:val="0"/>
          <w:color w:val="002444"/>
          <w:sz w:val="28"/>
        </w:rPr>
        <w:t>Luis Dueñas</w:t>
      </w:r>
    </w:p>
    <w:p>
      <w:pPr>
        <w:spacing w:before="0" w:after="40"/>
        <w:jc w:val="center"/>
      </w:pPr>
      <w:r>
        <w:rPr>
          <w:rFonts w:ascii="Arial" w:hAnsi="Arial"/>
          <w:b/>
          <w:i w:val="0"/>
          <w:color w:val="006A60"/>
          <w:sz w:val="19"/>
        </w:rPr>
        <w:t>Supply Chain / Logistics Analyst</w:t>
      </w:r>
    </w:p>
    <w:p>
      <w:pPr>
        <w:spacing w:before="0" w:after="120" w:line="276" w:lineRule="auto"/>
        <w:jc w:val="center"/>
      </w:pPr>
      <w:r>
        <w:rPr>
          <w:rFonts w:ascii="Arial" w:hAnsi="Arial"/>
          <w:b w:val="0"/>
          <w:i w:val="0"/>
          <w:color w:val="555555"/>
          <w:sz w:val="18"/>
        </w:rPr>
        <w:t>Tijuana, B.C., Mexico | luisalbertoduenas17@gmail.com | linkedin.com/in/luisduenasn</w:t>
        <w:br/>
        <w:t>luisalbertoduenas.site | Mexico-based; open to U.S. opportunities that provide employment sponsorship.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PROFESSIONAL SUMMARY</w:t>
      </w:r>
    </w:p>
    <w:p>
      <w:pPr>
        <w:spacing w:before="20" w:after="40" w:line="276" w:lineRule="auto"/>
      </w:pPr>
      <w:r>
        <w:rPr>
          <w:rFonts w:ascii="Arial" w:hAnsi="Arial"/>
          <w:b w:val="0"/>
          <w:i w:val="0"/>
          <w:color w:val="333333"/>
          <w:sz w:val="18"/>
        </w:rPr>
        <w:t>Internal-logistics profile improving PFEP, Kanban replenishment, material traceability, receiving visibility, and point-of-use flow. Strengths include PFEP, location control, receiving visibility.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CORE SKILLS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Material Flow: </w:t>
      </w:r>
      <w:r>
        <w:rPr>
          <w:rFonts w:ascii="Arial" w:hAnsi="Arial"/>
          <w:b w:val="0"/>
          <w:i w:val="0"/>
          <w:color w:val="333333"/>
          <w:sz w:val="18"/>
        </w:rPr>
        <w:t>PFEP, Kanban replenishment, point-of-use flow.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Inventory Visibility: </w:t>
      </w:r>
      <w:r>
        <w:rPr>
          <w:rFonts w:ascii="Arial" w:hAnsi="Arial"/>
          <w:b w:val="0"/>
          <w:i w:val="0"/>
          <w:color w:val="333333"/>
          <w:sz w:val="18"/>
        </w:rPr>
        <w:t>location control, material traceability, exception follow-up.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Logistics Analysis: </w:t>
      </w:r>
      <w:r>
        <w:rPr>
          <w:rFonts w:ascii="Arial" w:hAnsi="Arial"/>
          <w:b w:val="0"/>
          <w:i w:val="0"/>
          <w:color w:val="333333"/>
          <w:sz w:val="18"/>
        </w:rPr>
        <w:t>receiving visibility, cycle-time analysis, standardized picking.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Delivery Focus: </w:t>
      </w:r>
      <w:r>
        <w:rPr>
          <w:rFonts w:ascii="Arial" w:hAnsi="Arial"/>
          <w:b w:val="0"/>
          <w:i w:val="0"/>
          <w:color w:val="333333"/>
          <w:sz w:val="18"/>
        </w:rPr>
        <w:t>evidence classification, cross-functional follow-up, and decision-ready communication.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PROFESSIONAL EXPERIENCE</w:t>
      </w:r>
    </w:p>
    <w:p>
      <w:pPr>
        <w:tabs>
          <w:tab w:pos="10512" w:val="right"/>
        </w:tabs>
        <w:spacing w:before="10" w:after="20"/>
      </w:pPr>
      <w:r>
        <w:rPr>
          <w:rFonts w:ascii="Arial" w:hAnsi="Arial"/>
          <w:b/>
          <w:i w:val="0"/>
          <w:color w:val="002444"/>
          <w:sz w:val="19"/>
        </w:rPr>
        <w:t>HARMAN International — Business Analyst Jr. / Digital Operations</w:t>
      </w:r>
      <w:r>
        <w:rPr>
          <w:rFonts w:ascii="Arial" w:hAnsi="Arial"/>
          <w:b w:val="0"/>
          <w:i w:val="0"/>
          <w:color w:val="555555"/>
          <w:sz w:val="18"/>
        </w:rPr>
        <w:tab/>
        <w:t>Oct 2025 – Present</w:t>
      </w:r>
    </w:p>
    <w:p>
      <w:pPr>
        <w:tabs>
          <w:tab w:pos="10512" w:val="right"/>
        </w:tabs>
        <w:spacing w:before="0" w:after="40"/>
      </w:pPr>
      <w:r>
        <w:rPr>
          <w:rFonts w:ascii="Arial" w:hAnsi="Arial"/>
          <w:b w:val="0"/>
          <w:i/>
          <w:color w:val="555555"/>
          <w:sz w:val="18"/>
        </w:rPr>
        <w:t>Tijuana, B.C., Mexico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Adapt Material Flow and warehouse-system workflows for receiving, replenishment, traceability, picking, and production delivery.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Reduced Visual Picking model-change cycle time from 27.4 to 10.3 minutes, a 62.4% improvement at the measured workflow.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Connect locations, Kanban signals, Min-Max logic, inventory status, and production points of use to improve exception visibility.</w:t>
      </w:r>
    </w:p>
    <w:p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Coordinate corrective actions across warehouse, production, planning, engineering, IT, and suppliers.</w:t>
      </w:r>
    </w:p>
    <w:p>
      <w:pPr>
        <w:tabs>
          <w:tab w:pos="10512" w:val="right"/>
        </w:tabs>
        <w:spacing w:before="40" w:after="20"/>
      </w:pPr>
      <w:r>
        <w:rPr>
          <w:rFonts w:ascii="Arial" w:hAnsi="Arial"/>
          <w:b/>
          <w:i w:val="0"/>
          <w:color w:val="002444"/>
          <w:sz w:val="19"/>
        </w:rPr>
        <w:t>HARMAN International — Industrial Engineering Intern</w:t>
      </w:r>
      <w:r>
        <w:rPr>
          <w:rFonts w:ascii="Arial" w:hAnsi="Arial"/>
          <w:b w:val="0"/>
          <w:i w:val="0"/>
          <w:color w:val="555555"/>
          <w:sz w:val="18"/>
        </w:rPr>
        <w:tab/>
        <w:t>Oct 2024 – Oct 2025</w:t>
      </w:r>
    </w:p>
    <w:p>
      <w:pPr>
        <w:tabs>
          <w:tab w:pos="10512" w:val="right"/>
        </w:tabs>
        <w:spacing w:before="0" w:after="40"/>
      </w:pPr>
      <w:r>
        <w:rPr>
          <w:rFonts w:ascii="Arial" w:hAnsi="Arial"/>
          <w:b w:val="0"/>
          <w:i/>
          <w:color w:val="555555"/>
          <w:sz w:val="18"/>
        </w:rPr>
        <w:t>Tijuana, B.C., Mexico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Completed end-to-end MRO supplier onboarding that cut ESD-bin lead time from 5–6 weeks to 1 week and yielded approximately USD 12,000 in annual cost avoidance.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Structured PFEP, Kanban, locations, container data, and point-of-use inputs to improve replenishment visibility.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Performed time studies and warehouse observations to identify travel, waiting, picking, and storage opportunities.</w:t>
      </w:r>
    </w:p>
    <w:p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Standardized part lists and visual controls to support internal-logistics follow-up.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SELECTED PROJECTS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PFEP &amp; Kanban: </w:t>
      </w:r>
      <w:r>
        <w:rPr>
          <w:rFonts w:ascii="Arial" w:hAnsi="Arial"/>
          <w:b w:val="0"/>
          <w:i w:val="0"/>
          <w:color w:val="333333"/>
          <w:sz w:val="18"/>
        </w:rPr>
        <w:t>Replenishment signals connect warehouse locations and production points of use.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Traceability: </w:t>
      </w:r>
      <w:r>
        <w:rPr>
          <w:rFonts w:ascii="Arial" w:hAnsi="Arial"/>
          <w:b w:val="0"/>
          <w:i w:val="0"/>
          <w:color w:val="333333"/>
          <w:sz w:val="18"/>
        </w:rPr>
        <w:t>Location control and exception follow-up improve material visibility.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Receiving Flow: </w:t>
      </w:r>
      <w:r>
        <w:rPr>
          <w:rFonts w:ascii="Arial" w:hAnsi="Arial"/>
          <w:b w:val="0"/>
          <w:i w:val="0"/>
          <w:color w:val="333333"/>
          <w:sz w:val="18"/>
        </w:rPr>
        <w:t>Receiving visibility and standardized picking support internal logistics.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Benefit Classification: </w:t>
      </w:r>
      <w:r>
        <w:rPr>
          <w:rFonts w:ascii="Arial" w:hAnsi="Arial"/>
          <w:b w:val="0"/>
          <w:i w:val="0"/>
          <w:color w:val="333333"/>
          <w:sz w:val="18"/>
        </w:rPr>
        <w:t>Soft savings, cost avoidance, and measured cycle results remain separate.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EDUCATION &amp; CERTIFICATIONS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Education: </w:t>
      </w:r>
      <w:r>
        <w:rPr>
          <w:rFonts w:ascii="Arial" w:hAnsi="Arial"/>
          <w:b w:val="0"/>
          <w:i w:val="0"/>
          <w:color w:val="333333"/>
          <w:sz w:val="18"/>
        </w:rPr>
        <w:t>Industrial Engineering (Instituto Tecnológico de Tijuana).</w:t>
      </w:r>
    </w:p>
    <w:p>
      <w:pPr>
        <w:spacing w:before="10" w:after="2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Certification: </w:t>
      </w:r>
      <w:r>
        <w:rPr>
          <w:rFonts w:ascii="Arial" w:hAnsi="Arial"/>
          <w:b w:val="0"/>
          <w:i w:val="0"/>
          <w:color w:val="333333"/>
          <w:sz w:val="18"/>
        </w:rPr>
        <w:t>Google Data Analytics Professional Certificate (Google, 2025).</w:t>
      </w:r>
    </w:p>
    <w:p>
      <w:pPr>
        <w:spacing w:before="10" w:after="2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Certification: </w:t>
      </w:r>
      <w:r>
        <w:rPr>
          <w:rFonts w:ascii="Arial" w:hAnsi="Arial"/>
          <w:b w:val="0"/>
          <w:i w:val="0"/>
          <w:color w:val="333333"/>
          <w:sz w:val="18"/>
        </w:rPr>
        <w:t>Inventory Management, Supply Chain Planning &amp; Optimization (UC Irvine, 2025).</w:t>
      </w:r>
    </w:p>
    <w:p>
      <w:pPr>
        <w:spacing w:before="0" w:after="0" w:line="276" w:lineRule="auto"/>
        <w:ind w:left="288" w:hanging="144"/>
      </w:pPr>
    </w:p>
    <w:p>
      <w:pPr>
        <w:spacing w:before="0" w:after="0" w:line="276" w:lineRule="auto"/>
        <w:ind w:left="288" w:hanging="144"/>
      </w:pPr>
    </w:p>
    <w:p>
      <w:pPr>
        <w:spacing w:before="0" w:after="0" w:line="276" w:lineRule="auto"/>
        <w:ind w:left="288" w:hanging="144"/>
      </w:pPr>
    </w:p>
    <w:sectPr w:rsidR="00FC693F" w:rsidRPr="0006063C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linkedin.com/in/luisduenasn" TargetMode="External"/><Relationship Id="rId10" Type="http://schemas.openxmlformats.org/officeDocument/2006/relationships/hyperlink" Target="https://www.luisalbertoduenas.s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Luis Dueñas — Supply Chain / Logistics Analyst</dc:title>
  <dc:subject>supply_chain_logistics</dc:subject>
  <dc:creator>Luis Dueñas</dc:creator>
  <cp:keywords>evidence-controlled role resume</cp:keywords>
  <dc:description>Generated from content/evidence.json, content/resumes.json, and content/resume-static.json.</dc:description>
  <cp:lastModifiedBy>Luis Alberto Duenas</cp:lastModifiedBy>
  <cp:revision>1</cp:revision>
  <dcterms:created xsi:type="dcterms:W3CDTF">2026-07-25T12:00:00Z</dcterms:created>
  <dcterms:modified xsi:type="dcterms:W3CDTF">2026-07-25T12:00:00Z</dcterms:modified>
  <cp:category/>
  <cp:lastPrinted>2026-07-25T12:00:00Z</cp:lastPrinted>
</cp:coreProperties>
</file>